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교육 만족도 설문 (틀)</w:t>
      </w:r>
    </w:p>
    <w:p>
      <w:r>
        <w:rPr>
          <w:i/>
          <w:sz w:val="20"/>
        </w:rPr>
        <w:t>5점 척도 10문항 + 자유 의견 — 종이·온라인 폼 어느 쪽에나 옮겨 쓰세요</w:t>
      </w:r>
    </w:p>
    <w:p>
      <w:r>
        <w:rPr>
          <w:sz w:val="18"/>
        </w:rPr>
        <w:t>한국경영교육연구소 · 청년 AI 커리어랩</w:t>
      </w:r>
    </w:p>
    <w:p>
      <w:r>
        <w:rPr>
          <w:b w:val="0"/>
          <w:sz w:val="19"/>
        </w:rPr>
        <w:t>1 전혀 그렇지 않다 · 2 그렇지 않다 · 3 보통 · 4 그렇다 · 5 매우 그렇다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680"/>
          </w:tcPr>
          <w:p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5272"/>
          </w:tcPr>
          <w:p>
            <w:r/>
            <w:r>
              <w:rPr>
                <w:b/>
                <w:sz w:val="20"/>
              </w:rPr>
              <w:t>문항</w:t>
            </w:r>
          </w:p>
        </w:tc>
        <w:tc>
          <w:tcPr>
            <w:tcW w:type="dxa" w:w="624"/>
          </w:tcPr>
          <w:p>
            <w:r/>
            <w:r>
              <w:rPr>
                <w:b/>
                <w:sz w:val="20"/>
              </w:rPr>
              <w:t>1</w:t>
            </w:r>
          </w:p>
        </w:tc>
        <w:tc>
          <w:tcPr>
            <w:tcW w:type="dxa" w:w="624"/>
          </w:tcPr>
          <w:p>
            <w:r/>
            <w:r>
              <w:rPr>
                <w:b/>
                <w:sz w:val="20"/>
              </w:rPr>
              <w:t>2</w:t>
            </w:r>
          </w:p>
        </w:tc>
        <w:tc>
          <w:tcPr>
            <w:tcW w:type="dxa" w:w="624"/>
          </w:tcPr>
          <w:p>
            <w:r/>
            <w:r>
              <w:rPr>
                <w:b/>
                <w:sz w:val="20"/>
              </w:rPr>
              <w:t>3</w:t>
            </w:r>
          </w:p>
        </w:tc>
        <w:tc>
          <w:tcPr>
            <w:tcW w:type="dxa" w:w="624"/>
          </w:tcPr>
          <w:p>
            <w:r/>
            <w:r>
              <w:rPr>
                <w:b/>
                <w:sz w:val="20"/>
              </w:rPr>
              <w:t>4</w:t>
            </w:r>
          </w:p>
        </w:tc>
        <w:tc>
          <w:tcPr>
            <w:tcW w:type="dxa" w:w="624"/>
          </w:tcPr>
          <w:p>
            <w:r/>
            <w:r>
              <w:rPr>
                <w:b/>
                <w:sz w:val="20"/>
              </w:rPr>
              <w:t>5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5272"/>
          </w:tcPr>
          <w:p>
            <w:r/>
            <w:r>
              <w:rPr>
                <w:sz w:val="20"/>
              </w:rPr>
              <w:t>교육 내용이 이해하기 쉬웠다.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5272"/>
          </w:tcPr>
          <w:p>
            <w:r/>
            <w:r>
              <w:rPr>
                <w:sz w:val="20"/>
              </w:rPr>
              <w:t>교육 내용이 내 취업(또는 창업) 준비에 도움이 된다.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5272"/>
          </w:tcPr>
          <w:p>
            <w:r/>
            <w:r>
              <w:rPr>
                <w:sz w:val="20"/>
              </w:rPr>
              <w:t>실습 시간이 충분했다.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5272"/>
          </w:tcPr>
          <w:p>
            <w:r/>
            <w:r>
              <w:rPr>
                <w:sz w:val="20"/>
              </w:rPr>
              <w:t>강사가 질문에 명확하게 답했다.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5272"/>
          </w:tcPr>
          <w:p>
            <w:r/>
            <w:r>
              <w:rPr>
                <w:sz w:val="20"/>
              </w:rPr>
              <w:t>AI 도구를 수업 후에도 혼자 쓸 수 있을 것 같다.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5272"/>
          </w:tcPr>
          <w:p>
            <w:r/>
            <w:r>
              <w:rPr>
                <w:sz w:val="20"/>
              </w:rPr>
              <w:t>교육 자료(화면·배포 자료)가 보기 좋았다.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5272"/>
          </w:tcPr>
          <w:p>
            <w:r/>
            <w:r>
              <w:rPr>
                <w:sz w:val="20"/>
              </w:rPr>
              <w:t>교육 시간 배분이 적절했다.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8</w:t>
            </w:r>
          </w:p>
        </w:tc>
        <w:tc>
          <w:tcPr>
            <w:tcW w:type="dxa" w:w="5272"/>
          </w:tcPr>
          <w:p>
            <w:r/>
            <w:r>
              <w:rPr>
                <w:sz w:val="20"/>
              </w:rPr>
              <w:t>교육 환경(장소·장비)이 적절했다.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9</w:t>
            </w:r>
          </w:p>
        </w:tc>
        <w:tc>
          <w:tcPr>
            <w:tcW w:type="dxa" w:w="5272"/>
          </w:tcPr>
          <w:p>
            <w:r/>
            <w:r>
              <w:rPr>
                <w:sz w:val="20"/>
              </w:rPr>
              <w:t>다른 친구·동료에게 이 교육을 추천하고 싶다.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20"/>
              </w:rPr>
              <w:t>10</w:t>
            </w:r>
          </w:p>
        </w:tc>
        <w:tc>
          <w:tcPr>
            <w:tcW w:type="dxa" w:w="5272"/>
          </w:tcPr>
          <w:p>
            <w:r/>
            <w:r>
              <w:rPr>
                <w:sz w:val="20"/>
              </w:rPr>
              <w:t>전반적으로 이 교육에 만족한다.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  <w:tc>
          <w:tcPr>
            <w:tcW w:type="dxa" w:w="624"/>
          </w:tcPr>
          <w:p>
            <w:r/>
            <w:r>
              <w:rPr>
                <w:sz w:val="20"/>
              </w:rPr>
              <w:t>□</w:t>
            </w:r>
          </w:p>
        </w:tc>
      </w:tr>
    </w:tbl>
    <w:p/>
    <w:p>
      <w:r>
        <w:rPr>
          <w:b/>
          <w:sz w:val="21"/>
        </w:rPr>
        <w:t>11. 가장 도움이 된 내용은 무엇이었나요?</w:t>
      </w:r>
    </w:p>
    <w:p>
      <w:r>
        <w:rPr>
          <w:b w:val="0"/>
          <w:sz w:val="21"/>
        </w:rPr>
        <w:br/>
      </w:r>
    </w:p>
    <w:p>
      <w:r>
        <w:rPr>
          <w:b/>
          <w:sz w:val="21"/>
        </w:rPr>
        <w:t>12. 더 배우고 싶은 내용이나 개선할 점이 있다면 적어 주세요.</w:t>
      </w:r>
    </w:p>
    <w:p>
      <w:r>
        <w:rPr>
          <w:b w:val="0"/>
          <w:sz w:val="21"/>
        </w:rPr>
        <w:br/>
      </w:r>
    </w:p>
    <w:p>
      <w:r>
        <w:rPr>
          <w:b w:val="0"/>
          <w:sz w:val="18"/>
        </w:rPr>
        <w:t>※ 설문은 익명으로 처리되며 결과보고와 교육 개선에만 사용됩니다.</w:t>
      </w:r>
    </w:p>
    <w:p>
      <w:r>
        <w:rPr>
          <w:b w:val="0"/>
          <w:sz w:val="17"/>
        </w:rPr>
        <w:t>본 서식은 한국경영교육연구소(청년 AI 커리어랩)가 기관 담당자·교육생의 편의를 위해 제공하는 참고용 틀입니다. 기관 고유 양식이 있으면 기관 양식을 우선합니다. 2026-10 기준.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