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교육 결과보고서 (틀)</w:t>
      </w:r>
    </w:p>
    <w:p>
      <w:r>
        <w:rPr>
          <w:i/>
          <w:sz w:val="20"/>
        </w:rPr>
        <w:t>교육 후 연구소가 기관에 제출 — 담당자 결과 보고에 그대로 붙일 수 있게</w:t>
      </w:r>
    </w:p>
    <w:p>
      <w:r>
        <w:rPr>
          <w:sz w:val="18"/>
        </w:rPr>
        <w:t>한국경영교육연구소 · 청년 AI 커리어랩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6803"/>
          </w:tcPr>
          <w:p>
            <w:r/>
            <w:r>
              <w:rPr>
                <w:b/>
                <w:sz w:val="20"/>
              </w:rPr>
              <w:t>내용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과정명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교육 일시 · 장소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대상 · 참여 인원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신청 ○명 / 참여 ○명 (출석률 ○%)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강사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교육 내용 요약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차시별 3줄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결과물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예: 역량 지도 ○장, 자기소개서 1문항 ○건, 면접 질문 묶음 ○건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만족도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5점 척도 평균 ○점 (응답 ○명) — 설문 원본 별첨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교육생 의견(발췌)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익명 · 3~5개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개선 · 제안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다음 교육에 반영할 점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첨부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□ 출석부  □ 수료 명단  □ 사진(촬영 동의분)  □ 만족도 설문 집계</w:t>
            </w:r>
          </w:p>
        </w:tc>
      </w:tr>
    </w:tbl>
    <w:p/>
    <w:p>
      <w:r>
        <w:rPr>
          <w:b w:val="0"/>
          <w:sz w:val="17"/>
        </w:rPr>
        <w:t>본 서식은 한국경영교육연구소(청년 AI 커리어랩)가 기관 담당자·교육생의 편의를 위해 제공하는 참고용 틀입니다. 기관 고유 양식이 있으면 기관 양식을 우선합니다. 2026-10 기준.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