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개인정보 수집·이용 동의서 (교육 운영용 틀)</w:t>
      </w:r>
    </w:p>
    <w:p>
      <w:r>
        <w:rPr>
          <w:i/>
          <w:sz w:val="20"/>
        </w:rPr>
        <w:t>교육생 명단 · 출석 · 수료증 발급을 위한 동의 — 「개인정보 보호법」 제15조·제22조에 따라 목적 · 항목 · 기간 · 거부 권리를 알리고 동의를 받습니다</w:t>
      </w:r>
    </w:p>
    <w:p>
      <w:r>
        <w:rPr>
          <w:sz w:val="18"/>
        </w:rPr>
        <w:t>한국경영교육연구소 · 청년 AI 커리어랩</w:t>
      </w:r>
    </w:p>
    <w:p>
      <w:r>
        <w:rPr>
          <w:b w:val="0"/>
          <w:sz w:val="20"/>
        </w:rPr>
        <w:t>한국경영교육연구소(청년 AI 커리어랩)와 ○○기관은 아래와 같이 개인정보를 수집·이용하고자 합니다. 내용을 읽고 동의 여부를 표시해 주세요.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6803"/>
          </w:tcPr>
          <w:p>
            <w:r/>
            <w:r>
              <w:rPr>
                <w:b/>
                <w:sz w:val="20"/>
              </w:rPr>
              <w:t>내용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수집 · 이용 목적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교육 출석 관리, 수료증(등록 민간자격 과정은 자격증) 발급, 교육 안내 연락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수집 항목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성명, 생년월일(수료증 표기용), 연락처(휴대전화 · 이메일), 소속(학교 · 학과 또는 기관)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보유 · 이용 기간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교육 종료 후 ○년(수료증 재발급 확인용) — 기간 경과 또는 목적 달성 시 지체 없이 파기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동의 거부 권리 및 불이익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동의를 거부할 수 있습니다. 다만 거부 시 출석 관리와 수료증 발급이 어려울 수 있습니다.</w:t>
            </w:r>
          </w:p>
        </w:tc>
      </w:tr>
    </w:tbl>
    <w:p/>
    <w:p>
      <w:r>
        <w:rPr>
          <w:b/>
          <w:sz w:val="21"/>
        </w:rPr>
        <w:t>□ 위 개인정보 수집·이용에 동의합니다.    □ 동의하지 않습니다.</w:t>
      </w:r>
    </w:p>
    <w:p>
      <w:r>
        <w:rPr>
          <w:b/>
          <w:sz w:val="21"/>
        </w:rPr>
        <w:t>[선택] 교육 사진·영상 촬영 및 활용 동의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6803"/>
          </w:tcPr>
          <w:p>
            <w:r/>
            <w:r>
              <w:rPr>
                <w:b/>
                <w:sz w:val="20"/>
              </w:rPr>
              <w:t>내용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목적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교육 결과보고, 기관 · 연구소의 교육 안내 자료(홈페이지 · SNS)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항목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교육 중 촬영된 사진 · 영상(얼굴이 식별될 수 있음)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보유 · 이용 기간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촬영일로부터 ○년 또는 삭제 요청 시까지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거부 권리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거부해도 교육 참여에 불이익이 없습니다. 촬영을 원치 않으면 담당자에게 알려 주세요.</w:t>
            </w:r>
          </w:p>
        </w:tc>
      </w:tr>
    </w:tbl>
    <w:p/>
    <w:p>
      <w:r>
        <w:rPr>
          <w:b/>
          <w:sz w:val="21"/>
        </w:rPr>
        <w:t>□ 촬영 · 활용에 동의합니다.    □ 동의하지 않습니다.</w:t>
      </w:r>
    </w:p>
    <w:p>
      <w:r>
        <w:rPr>
          <w:b w:val="0"/>
          <w:sz w:val="21"/>
        </w:rPr>
        <w:br/>
        <w:t>20    년     월     일        성명:                 (서명)</w:t>
      </w:r>
    </w:p>
    <w:p>
      <w:r>
        <w:rPr>
          <w:b w:val="0"/>
          <w:sz w:val="17"/>
        </w:rPr>
        <w:t>※ 「개인정보 보호법」 제15조(개인정보의 수집·이용) 제2항은 목적 · 항목 · 보유기간 · 동의 거부 권리와 불이익을 알리도록 정하고 있습니다. 조문 원문은 국가법령정보센터(law.go.kr)에서 확인하세요. 기관의 개인정보 처리방침 · 법무 검토가 있으면 그에 따릅니다.</w:t>
      </w:r>
    </w:p>
    <w:p>
      <w:r>
        <w:rPr>
          <w:b w:val="0"/>
          <w:sz w:val="17"/>
        </w:rPr>
        <w:t>본 서식은 한국경영교육연구소(청년 AI 커리어랩)가 기관 담당자·교육생의 편의를 위해 제공하는 참고용 틀입니다. 기관 고유 양식이 있으면 기관 양식을 우선합니다. 2026-10 기준.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