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교육 전 사전 니즈 설문 (틀)</w:t>
      </w:r>
    </w:p>
    <w:p>
      <w:r>
        <w:rPr>
          <w:i/>
          <w:sz w:val="20"/>
        </w:rPr>
        <w:t>담당자가 교육 2주 전 교육생에게 보내는 설문 — 결과를 연구소에 주시면 수업 내용을 맞춥니다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</w:tcPr>
          <w:p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3572"/>
          </w:tcPr>
          <w:p>
            <w:r/>
            <w:r>
              <w:rPr>
                <w:b/>
                <w:sz w:val="20"/>
              </w:rPr>
              <w:t>문항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답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학년 · 전공(또는 소속)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지금 상황에 가장 가까운 것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□ 취업 준비 중  □ 진로 탐색 중  □ 잠시 멈췄다 다시 시작하려 함  □ 창업 준비 중  □ 재학 중(아직 멀다)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AI 도구를 써 본 경험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□ 없다  □ 검색 대신 가끔  □ 과제·문서에 자주  □ 매일 업무처럼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지금 가장 막히는 것(복수)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□ 어떤 직무를 고를지  □ 자기소개서  □ 포트폴리오  □ 면접  □ AI 역량검사  □ 창업 아이템  □ 기타: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교육에서 꼭 다뤄 주길 바라는 것 한 가지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노트북(또는 태블릿) 지참 가능 여부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□ 가능  □ 불가(기관 장비 필요)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3572"/>
          </w:tcPr>
          <w:p>
            <w:r/>
            <w:r>
              <w:rPr>
                <w:sz w:val="20"/>
              </w:rPr>
              <w:t>교육 후 받고 싶은 것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□ 수료증  □ 자료(프롬프트 모음)  □ 개인 질문 시간  □ 기타:</w:t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