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교육 계획서 (양식 예시)</w:t>
      </w:r>
    </w:p>
    <w:p>
      <w:r>
        <w:rPr>
          <w:i/>
          <w:sz w:val="20"/>
        </w:rPr>
        <w:t>기관 내부 품의용 — 과정명 · 목표 · 차시 · 강사 · 평가 방법을 한 장에</w:t>
      </w:r>
    </w:p>
    <w:p>
      <w:r>
        <w:rPr>
          <w:sz w:val="18"/>
        </w:rPr>
        <w:t>한국경영교육연구소 · 청년 AI 커리어랩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6803"/>
          </w:tcPr>
          <w:p>
            <w:r/>
            <w:r>
              <w:rPr>
                <w:b/>
                <w:sz w:val="20"/>
              </w:rPr>
              <w:t>내용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과정명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예: AI로 취업 준비 실전 — 공고 읽기부터 면접까지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교육 대상 · 인원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교육 일시 · 장소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총 시간 · 회차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교육 목표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① 채용공고를 역량 지도로 바꿀 수 있다  ② AI로 쓴 초안을 내 말로 고칠 수 있다  ③ 공고 하나로 면접 예상 질문 10개를 만들 수 있다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운영 기관 · 강사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한국경영교육연구소 · 강사 ○○○ (프로필 별첨)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준비물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노트북(또는 태블릿) · 와이파이 · 빔프로젝터 · 교육생 AI 계정(무료 가능)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평가 · 수료 기준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출석 80% 이상 + 실습 결과물 제출 → 수료증(한국경영교육연구소 발급)</w:t>
            </w:r>
          </w:p>
        </w:tc>
      </w:tr>
    </w:tbl>
    <w:p/>
    <w:p>
      <w:r>
        <w:rPr>
          <w:b/>
          <w:sz w:val="21"/>
        </w:rPr>
        <w:t>차시별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850"/>
          </w:tcPr>
          <w:p>
            <w:r/>
            <w:r>
              <w:rPr>
                <w:b/>
                <w:sz w:val="20"/>
              </w:rPr>
              <w:t>차시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20"/>
              </w:rPr>
              <w:t>시간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20"/>
              </w:rPr>
              <w:t>주제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20"/>
              </w:rPr>
              <w:t>활동 · 결과물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60분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  <w:t>AI 시대 채용시장, 무엇이 바뀌었나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진단 자료 읽기 · 내 지망 직무 분류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60분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  <w:t>채용공고 → 역량 지도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공고 1개 분석 · 역량 지도 1장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60분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  <w:t>AI 초안 → 내 말로 고치기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자기소개서 1문항 완성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60분</w:t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  <w:t>면접 예상 질문 10개와 답 근거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질문 10개 · 답 근거 메모</w:t>
            </w:r>
          </w:p>
        </w:tc>
      </w:tr>
    </w:tbl>
    <w:p/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