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6"/>
        </w:rPr>
        <w:t>외부 강사 위촉 · 계약 서류 체크리스트</w:t>
      </w:r>
    </w:p>
    <w:p>
      <w:r>
        <w:rPr>
          <w:i/>
          <w:sz w:val="20"/>
        </w:rPr>
        <w:t>기관 담당자용 — 연구소가 보내는 서류와 기관이 준비하는 서류를 한눈에</w:t>
      </w:r>
    </w:p>
    <w:p>
      <w:r>
        <w:rPr>
          <w:sz w:val="18"/>
        </w:rPr>
        <w:t>한국경영교육연구소 · 청년 AI 커리어랩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247"/>
          </w:tcPr>
          <w:p>
            <w:r/>
            <w:r>
              <w:rPr>
                <w:b/>
                <w:sz w:val="20"/>
              </w:rPr>
              <w:t>구분</w:t>
            </w:r>
          </w:p>
        </w:tc>
        <w:tc>
          <w:tcPr>
            <w:tcW w:type="dxa" w:w="4535"/>
          </w:tcPr>
          <w:p>
            <w:r/>
            <w:r>
              <w:rPr>
                <w:b/>
                <w:sz w:val="20"/>
              </w:rPr>
              <w:t>서류</w:t>
            </w:r>
          </w:p>
        </w:tc>
        <w:tc>
          <w:tcPr>
            <w:tcW w:type="dxa" w:w="2154"/>
          </w:tcPr>
          <w:p>
            <w:r/>
            <w:r>
              <w:rPr>
                <w:b/>
                <w:sz w:val="20"/>
              </w:rPr>
              <w:t>준비 주체</w:t>
            </w:r>
          </w:p>
        </w:tc>
        <w:tc>
          <w:tcPr>
            <w:tcW w:type="dxa" w:w="850"/>
          </w:tcPr>
          <w:p>
            <w:r/>
            <w:r>
              <w:rPr>
                <w:b/>
                <w:sz w:val="20"/>
              </w:rPr>
              <w:t>확인</w:t>
            </w:r>
          </w:p>
        </w:tc>
      </w:tr>
      <w:tr>
        <w:tc>
          <w:tcPr>
            <w:tcW w:type="dxa" w:w="1247"/>
          </w:tcPr>
          <w:p>
            <w:r/>
            <w:r>
              <w:rPr>
                <w:sz w:val="20"/>
              </w:rPr>
              <w:t>계약 전</w:t>
            </w:r>
          </w:p>
        </w:tc>
        <w:tc>
          <w:tcPr>
            <w:tcW w:type="dxa" w:w="4535"/>
          </w:tcPr>
          <w:p>
            <w:r/>
            <w:r>
              <w:rPr>
                <w:sz w:val="20"/>
              </w:rPr>
              <w:t>교육 계획서</w:t>
            </w:r>
          </w:p>
        </w:tc>
        <w:tc>
          <w:tcPr>
            <w:tcW w:type="dxa" w:w="2154"/>
          </w:tcPr>
          <w:p>
            <w:r/>
            <w:r>
              <w:rPr>
                <w:sz w:val="20"/>
              </w:rPr>
              <w:t>연구소</w:t>
            </w:r>
          </w:p>
        </w:tc>
        <w:tc>
          <w:tcPr>
            <w:tcW w:type="dxa" w:w="850"/>
          </w:tcPr>
          <w:p>
            <w:r/>
            <w:r>
              <w:rPr>
                <w:sz w:val="20"/>
              </w:rPr>
              <w:t>□</w:t>
            </w:r>
          </w:p>
        </w:tc>
      </w:tr>
      <w:tr>
        <w:tc>
          <w:tcPr>
            <w:tcW w:type="dxa" w:w="1247"/>
          </w:tcPr>
          <w:p>
            <w:r/>
            <w:r>
              <w:rPr>
                <w:sz w:val="20"/>
              </w:rPr>
              <w:t>계약 전</w:t>
            </w:r>
          </w:p>
        </w:tc>
        <w:tc>
          <w:tcPr>
            <w:tcW w:type="dxa" w:w="4535"/>
          </w:tcPr>
          <w:p>
            <w:r/>
            <w:r>
              <w:rPr>
                <w:sz w:val="20"/>
              </w:rPr>
              <w:t>견적서(산출 근거 포함)</w:t>
            </w:r>
          </w:p>
        </w:tc>
        <w:tc>
          <w:tcPr>
            <w:tcW w:type="dxa" w:w="2154"/>
          </w:tcPr>
          <w:p>
            <w:r/>
            <w:r>
              <w:rPr>
                <w:sz w:val="20"/>
              </w:rPr>
              <w:t>연구소</w:t>
            </w:r>
          </w:p>
        </w:tc>
        <w:tc>
          <w:tcPr>
            <w:tcW w:type="dxa" w:w="850"/>
          </w:tcPr>
          <w:p>
            <w:r/>
            <w:r>
              <w:rPr>
                <w:sz w:val="20"/>
              </w:rPr>
              <w:t>□</w:t>
            </w:r>
          </w:p>
        </w:tc>
      </w:tr>
      <w:tr>
        <w:tc>
          <w:tcPr>
            <w:tcW w:type="dxa" w:w="1247"/>
          </w:tcPr>
          <w:p>
            <w:r/>
            <w:r>
              <w:rPr>
                <w:sz w:val="20"/>
              </w:rPr>
              <w:t>계약 전</w:t>
            </w:r>
          </w:p>
        </w:tc>
        <w:tc>
          <w:tcPr>
            <w:tcW w:type="dxa" w:w="4535"/>
          </w:tcPr>
          <w:p>
            <w:r/>
            <w:r>
              <w:rPr>
                <w:sz w:val="20"/>
              </w:rPr>
              <w:t>사업자등록증 사본</w:t>
            </w:r>
          </w:p>
        </w:tc>
        <w:tc>
          <w:tcPr>
            <w:tcW w:type="dxa" w:w="2154"/>
          </w:tcPr>
          <w:p>
            <w:r/>
            <w:r>
              <w:rPr>
                <w:sz w:val="20"/>
              </w:rPr>
              <w:t>연구소</w:t>
            </w:r>
          </w:p>
        </w:tc>
        <w:tc>
          <w:tcPr>
            <w:tcW w:type="dxa" w:w="850"/>
          </w:tcPr>
          <w:p>
            <w:r/>
            <w:r>
              <w:rPr>
                <w:sz w:val="20"/>
              </w:rPr>
              <w:t>□</w:t>
            </w:r>
          </w:p>
        </w:tc>
      </w:tr>
      <w:tr>
        <w:tc>
          <w:tcPr>
            <w:tcW w:type="dxa" w:w="1247"/>
          </w:tcPr>
          <w:p>
            <w:r/>
            <w:r>
              <w:rPr>
                <w:sz w:val="20"/>
              </w:rPr>
              <w:t>계약 전</w:t>
            </w:r>
          </w:p>
        </w:tc>
        <w:tc>
          <w:tcPr>
            <w:tcW w:type="dxa" w:w="4535"/>
          </w:tcPr>
          <w:p>
            <w:r/>
            <w:r>
              <w:rPr>
                <w:sz w:val="20"/>
              </w:rPr>
              <w:t>통장 사본</w:t>
            </w:r>
          </w:p>
        </w:tc>
        <w:tc>
          <w:tcPr>
            <w:tcW w:type="dxa" w:w="2154"/>
          </w:tcPr>
          <w:p>
            <w:r/>
            <w:r>
              <w:rPr>
                <w:sz w:val="20"/>
              </w:rPr>
              <w:t>연구소</w:t>
            </w:r>
          </w:p>
        </w:tc>
        <w:tc>
          <w:tcPr>
            <w:tcW w:type="dxa" w:w="850"/>
          </w:tcPr>
          <w:p>
            <w:r/>
            <w:r>
              <w:rPr>
                <w:sz w:val="20"/>
              </w:rPr>
              <w:t>□</w:t>
            </w:r>
          </w:p>
        </w:tc>
      </w:tr>
      <w:tr>
        <w:tc>
          <w:tcPr>
            <w:tcW w:type="dxa" w:w="1247"/>
          </w:tcPr>
          <w:p>
            <w:r/>
            <w:r>
              <w:rPr>
                <w:sz w:val="20"/>
              </w:rPr>
              <w:t>계약 전</w:t>
            </w:r>
          </w:p>
        </w:tc>
        <w:tc>
          <w:tcPr>
            <w:tcW w:type="dxa" w:w="4535"/>
          </w:tcPr>
          <w:p>
            <w:r/>
            <w:r>
              <w:rPr>
                <w:sz w:val="20"/>
              </w:rPr>
              <w:t>강사 프로필 · 경력 증빙(경력증명서)</w:t>
            </w:r>
          </w:p>
        </w:tc>
        <w:tc>
          <w:tcPr>
            <w:tcW w:type="dxa" w:w="2154"/>
          </w:tcPr>
          <w:p>
            <w:r/>
            <w:r>
              <w:rPr>
                <w:sz w:val="20"/>
              </w:rPr>
              <w:t>연구소</w:t>
            </w:r>
          </w:p>
        </w:tc>
        <w:tc>
          <w:tcPr>
            <w:tcW w:type="dxa" w:w="850"/>
          </w:tcPr>
          <w:p>
            <w:r/>
            <w:r>
              <w:rPr>
                <w:sz w:val="20"/>
              </w:rPr>
              <w:t>□</w:t>
            </w:r>
          </w:p>
        </w:tc>
      </w:tr>
      <w:tr>
        <w:tc>
          <w:tcPr>
            <w:tcW w:type="dxa" w:w="1247"/>
          </w:tcPr>
          <w:p>
            <w:r/>
            <w:r>
              <w:rPr>
                <w:sz w:val="20"/>
              </w:rPr>
              <w:t>계약 전</w:t>
            </w:r>
          </w:p>
        </w:tc>
        <w:tc>
          <w:tcPr>
            <w:tcW w:type="dxa" w:w="4535"/>
          </w:tcPr>
          <w:p>
            <w:r/>
            <w:r>
              <w:rPr>
                <w:sz w:val="20"/>
              </w:rPr>
              <w:t>강사 위촉장 또는 계약서(기관 양식 우선)</w:t>
            </w:r>
          </w:p>
        </w:tc>
        <w:tc>
          <w:tcPr>
            <w:tcW w:type="dxa" w:w="2154"/>
          </w:tcPr>
          <w:p>
            <w:r/>
            <w:r>
              <w:rPr>
                <w:sz w:val="20"/>
              </w:rPr>
              <w:t>기관</w:t>
            </w:r>
          </w:p>
        </w:tc>
        <w:tc>
          <w:tcPr>
            <w:tcW w:type="dxa" w:w="850"/>
          </w:tcPr>
          <w:p>
            <w:r/>
            <w:r>
              <w:rPr>
                <w:sz w:val="20"/>
              </w:rPr>
              <w:t>□</w:t>
            </w:r>
          </w:p>
        </w:tc>
      </w:tr>
      <w:tr>
        <w:tc>
          <w:tcPr>
            <w:tcW w:type="dxa" w:w="1247"/>
          </w:tcPr>
          <w:p>
            <w:r/>
            <w:r>
              <w:rPr>
                <w:sz w:val="20"/>
              </w:rPr>
              <w:t>계약 전</w:t>
            </w:r>
          </w:p>
        </w:tc>
        <w:tc>
          <w:tcPr>
            <w:tcW w:type="dxa" w:w="4535"/>
          </w:tcPr>
          <w:p>
            <w:r/>
            <w:r>
              <w:rPr>
                <w:sz w:val="20"/>
              </w:rPr>
              <w:t>개인정보 수집·이용 동의서(교육생용)</w:t>
            </w:r>
          </w:p>
        </w:tc>
        <w:tc>
          <w:tcPr>
            <w:tcW w:type="dxa" w:w="2154"/>
          </w:tcPr>
          <w:p>
            <w:r/>
            <w:r>
              <w:rPr>
                <w:sz w:val="20"/>
              </w:rPr>
              <w:t>기관 · 연구소 협의</w:t>
            </w:r>
          </w:p>
        </w:tc>
        <w:tc>
          <w:tcPr>
            <w:tcW w:type="dxa" w:w="850"/>
          </w:tcPr>
          <w:p>
            <w:r/>
            <w:r>
              <w:rPr>
                <w:sz w:val="20"/>
              </w:rPr>
              <w:t>□</w:t>
            </w:r>
          </w:p>
        </w:tc>
      </w:tr>
      <w:tr>
        <w:tc>
          <w:tcPr>
            <w:tcW w:type="dxa" w:w="1247"/>
          </w:tcPr>
          <w:p>
            <w:r/>
            <w:r>
              <w:rPr>
                <w:sz w:val="20"/>
              </w:rPr>
              <w:t>교육 중</w:t>
            </w:r>
          </w:p>
        </w:tc>
        <w:tc>
          <w:tcPr>
            <w:tcW w:type="dxa" w:w="4535"/>
          </w:tcPr>
          <w:p>
            <w:r/>
            <w:r>
              <w:rPr>
                <w:sz w:val="20"/>
              </w:rPr>
              <w:t>출석부 · 교육 사진(촬영 동의 확인)</w:t>
            </w:r>
          </w:p>
        </w:tc>
        <w:tc>
          <w:tcPr>
            <w:tcW w:type="dxa" w:w="2154"/>
          </w:tcPr>
          <w:p>
            <w:r/>
            <w:r>
              <w:rPr>
                <w:sz w:val="20"/>
              </w:rPr>
              <w:t>출석부: 연구소 준비 · 기관 확인</w:t>
              <w:br/>
              <w:t>사진: 기관 · 강사</w:t>
            </w:r>
          </w:p>
        </w:tc>
        <w:tc>
          <w:tcPr>
            <w:tcW w:type="dxa" w:w="850"/>
          </w:tcPr>
          <w:p>
            <w:r/>
            <w:r>
              <w:rPr>
                <w:sz w:val="20"/>
              </w:rPr>
              <w:t>□</w:t>
            </w:r>
          </w:p>
        </w:tc>
      </w:tr>
      <w:tr>
        <w:tc>
          <w:tcPr>
            <w:tcW w:type="dxa" w:w="1247"/>
          </w:tcPr>
          <w:p>
            <w:r/>
            <w:r>
              <w:rPr>
                <w:sz w:val="20"/>
              </w:rPr>
              <w:t>교육 후</w:t>
            </w:r>
          </w:p>
        </w:tc>
        <w:tc>
          <w:tcPr>
            <w:tcW w:type="dxa" w:w="4535"/>
          </w:tcPr>
          <w:p>
            <w:r/>
            <w:r>
              <w:rPr>
                <w:sz w:val="20"/>
              </w:rPr>
              <w:t>결과보고서</w:t>
            </w:r>
          </w:p>
        </w:tc>
        <w:tc>
          <w:tcPr>
            <w:tcW w:type="dxa" w:w="2154"/>
          </w:tcPr>
          <w:p>
            <w:r/>
            <w:r>
              <w:rPr>
                <w:sz w:val="20"/>
              </w:rPr>
              <w:t>연구소</w:t>
            </w:r>
          </w:p>
        </w:tc>
        <w:tc>
          <w:tcPr>
            <w:tcW w:type="dxa" w:w="850"/>
          </w:tcPr>
          <w:p>
            <w:r/>
            <w:r>
              <w:rPr>
                <w:sz w:val="20"/>
              </w:rPr>
              <w:t>□</w:t>
            </w:r>
          </w:p>
        </w:tc>
      </w:tr>
      <w:tr>
        <w:tc>
          <w:tcPr>
            <w:tcW w:type="dxa" w:w="1247"/>
          </w:tcPr>
          <w:p>
            <w:r/>
            <w:r>
              <w:rPr>
                <w:sz w:val="20"/>
              </w:rPr>
              <w:t>교육 후</w:t>
            </w:r>
          </w:p>
        </w:tc>
        <w:tc>
          <w:tcPr>
            <w:tcW w:type="dxa" w:w="4535"/>
          </w:tcPr>
          <w:p>
            <w:r/>
            <w:r>
              <w:rPr>
                <w:sz w:val="20"/>
              </w:rPr>
              <w:t>출석부 · 수료 명단</w:t>
            </w:r>
          </w:p>
        </w:tc>
        <w:tc>
          <w:tcPr>
            <w:tcW w:type="dxa" w:w="2154"/>
          </w:tcPr>
          <w:p>
            <w:r/>
            <w:r>
              <w:rPr>
                <w:sz w:val="20"/>
              </w:rPr>
              <w:t>연구소 · 기관 확인</w:t>
            </w:r>
          </w:p>
        </w:tc>
        <w:tc>
          <w:tcPr>
            <w:tcW w:type="dxa" w:w="850"/>
          </w:tcPr>
          <w:p>
            <w:r/>
            <w:r>
              <w:rPr>
                <w:sz w:val="20"/>
              </w:rPr>
              <w:t>□</w:t>
            </w:r>
          </w:p>
        </w:tc>
      </w:tr>
      <w:tr>
        <w:tc>
          <w:tcPr>
            <w:tcW w:type="dxa" w:w="1247"/>
          </w:tcPr>
          <w:p>
            <w:r/>
            <w:r>
              <w:rPr>
                <w:sz w:val="20"/>
              </w:rPr>
              <w:t>교육 후</w:t>
            </w:r>
          </w:p>
        </w:tc>
        <w:tc>
          <w:tcPr>
            <w:tcW w:type="dxa" w:w="4535"/>
          </w:tcPr>
          <w:p>
            <w:r/>
            <w:r>
              <w:rPr>
                <w:sz w:val="20"/>
              </w:rPr>
              <w:t>강사료 지급 서류(기관 양식)</w:t>
            </w:r>
          </w:p>
        </w:tc>
        <w:tc>
          <w:tcPr>
            <w:tcW w:type="dxa" w:w="2154"/>
          </w:tcPr>
          <w:p>
            <w:r/>
            <w:r>
              <w:rPr>
                <w:sz w:val="20"/>
              </w:rPr>
              <w:t>기관</w:t>
            </w:r>
          </w:p>
        </w:tc>
        <w:tc>
          <w:tcPr>
            <w:tcW w:type="dxa" w:w="850"/>
          </w:tcPr>
          <w:p>
            <w:r/>
            <w:r>
              <w:rPr>
                <w:sz w:val="20"/>
              </w:rPr>
              <w:t>□</w:t>
            </w:r>
          </w:p>
        </w:tc>
      </w:tr>
      <w:tr>
        <w:tc>
          <w:tcPr>
            <w:tcW w:type="dxa" w:w="1247"/>
          </w:tcPr>
          <w:p>
            <w:r/>
            <w:r>
              <w:rPr>
                <w:sz w:val="20"/>
              </w:rPr>
              <w:t>교육 후</w:t>
            </w:r>
          </w:p>
        </w:tc>
        <w:tc>
          <w:tcPr>
            <w:tcW w:type="dxa" w:w="4535"/>
          </w:tcPr>
          <w:p>
            <w:r/>
            <w:r>
              <w:rPr>
                <w:sz w:val="20"/>
              </w:rPr>
              <w:t>수료증 발급 신청(사이트)</w:t>
            </w:r>
          </w:p>
        </w:tc>
        <w:tc>
          <w:tcPr>
            <w:tcW w:type="dxa" w:w="2154"/>
          </w:tcPr>
          <w:p>
            <w:r/>
            <w:r>
              <w:rPr>
                <w:sz w:val="20"/>
              </w:rPr>
              <w:t>기관 담당자</w:t>
            </w:r>
          </w:p>
        </w:tc>
        <w:tc>
          <w:tcPr>
            <w:tcW w:type="dxa" w:w="850"/>
          </w:tcPr>
          <w:p>
            <w:r/>
            <w:r>
              <w:rPr>
                <w:sz w:val="20"/>
              </w:rPr>
              <w:t>□</w:t>
            </w:r>
          </w:p>
        </w:tc>
      </w:tr>
    </w:tbl>
    <w:p/>
    <w:p>
      <w:r>
        <w:rPr>
          <w:b w:val="0"/>
          <w:sz w:val="17"/>
        </w:rPr>
        <w:t>본 서식은 한국경영교육연구소(청년 AI 커리어랩)가 기관 담당자·교육생의 편의를 위해 제공하는 참고용 틀입니다. 기관 고유 양식이 있으면 기관 양식을 우선합니다. 2026-10 기준.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